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המגרש, החוקים והעמדות העיקריות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מידע וסיפור מהעולם הספורטיבי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ומודעות לשורשים בתחום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טיעונית ויצירתית ולדון בערכי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מגרש, חוקים ועמדות – הכרת המגרש והעמדות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המידע על עולם הכדורגל.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בכדור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מגרש, חוקים ועמדות – מי עושה מה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נקודת הפנדל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מקפיד/ה על החוקים ומראה 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מגרש, חוקים ועמדות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הכדורגל: מגרש, חוקים ועמדות – התאמת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(עומד/ת בשער ושומר/ת שהכדור לא ייכנס)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(עוצר/ת התקפות של היריבים קרוב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(מקשר/ת בין ההגנה להתקפה באמצע המגרש)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(מנסה/ה להבקיע שערים קרוב לשער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(שורק/ת על עבירות ומראה כרטיס צהוב או 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'ידיים של זהב'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הנמרים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דקה חמישית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'ידיים של זהב' – מילים ואירועים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'ידיים של זהב'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שסבתא רחל מגדלת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יונתן מספר שגם הוא פספס בעיטה 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ספורט וערכים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הרגישה שהלחיים שלה בוערות ורצתה להפסיק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מנחם אותה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אמרה ששוערת טובה היא מי שקמה אחרי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ספורט וערכים – זיהוי התנהגות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שהיא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התיישב לידה ועודד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נופלים ביחד וקמים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ספורט וערכים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השחקן באמת נפגע, לקרוא למאמנת או לשופט, ולא להתעלם מהמצב רק כדי לנצח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לפני - בושה ורצון להפסיק; אחרי - תחושת שייכות ותמיכה מהקבוצה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המבטאת עידוד, קבלת הטעות כחלק מהמשחק ותמיכה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שחקן ספורטיבי מכבד את היריב והחוקים גם כשהוא מפסיד או טועה, ולא ספורטיבי מחפש תירוצים או פוגע באחרים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אוצר מילים ומשפחות מילים – היכרות עם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שרשאי לגעת בכדור בידיים ברחבת העונשין)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(שחקן/ית שמגן/ה על השער מפני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(שחקן/ית שמקשר/ת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(שחקן/ית שתפקידו/ה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 שאוכף/ת את חוקי המשחק במגרש)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אוצר מילים ומשפחות מילים – משפחות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אוצר מילים ומשפחות מילים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הכנסת הכדור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אוצר מילים ומשפחות מילים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מופיעות שתי מילים מהשורש בע"ט בהקשר נכון לכדורגל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המילים מאותו שורש (שע"ר), אך 'שער' הוא העצם במגרש ו'שוער' הוא השחקן ששומר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יוצרת ודמיונית – מכירים את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מי, מה,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פנייה מנומסת ושם המאמן/ת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ציור שמייצג את ערכי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 קצר שמבטא את רוח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קצרה ומושכת תשומת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יוצרת ודמיונית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 או הרוח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יוצרת ודמיונית – כותבים ומתכננים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קצרה, מושכת, קשורה לתוצאה המפתיעה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חיה המתארת את הרגע המכריע, מי שיחק בו ומה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פנייה מנומסת, תודה אמיתית, הצעה מכבדת לשיפור, וחתימה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מקורי, צבעים ברורים, הסבר קצר לסמל ולמוטו המקושר לערכי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השוער/ת ברחבת העונשין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הכוכבים הכחולים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המידע על 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שרק השוער/ת נוגע/ת בכדור בידיים, ורק באזור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את הגול שספגה, התסכול שלה, ואיך חברי הקבוצה והמאמנת עזרו לה לקום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כיבוד יריב והפסד בכבוד לבין רמאות או כעס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שיעורים: פרק אחד או שניים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חלשות יותר מומלץ להתחיל בטקסט המידע ולהישען על התרשים של המגרש לפני המעבר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מעמיק יותר בדילמות ההוגנות ולבקש נימוק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עיצוב הקבוצה הדמיונית כמשימת סיכום קבוצתית בסוף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כדורגל. פרק אחרי פרק. בסוף בודקים מה למדנו.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הכדורגל: מגרש, חוקים ועמדות – הכרת המגרש והעמדות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קבוצת כדורגל משחקים 11 שחקנים ושחקניות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שחקן/ית רשאי/ת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הכדורגל: מגרש, חוקים ועמדות – מי עושה מה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יכול/ה לגעת בכדור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בועטים פנדל?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הפנדל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הקרן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 החוץ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השופט/ת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מקפיד/ה על החוקים ומראה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מבקיע/ה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שומר/ת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מאמן/ת את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הכדורגל: מגרש, חוקים ועמדות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 שיוצא מקו החוץ __________ אותו חזרה למשחק בשתי ידיים מעל הראש.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עיגול האמצע הוא המקום שממנו __________ את המשחק ואחרי כל גול.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עולם הכדורגל: מגרש, חוקים ועמדות – התאמת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עוצר/ת התקפות של היריבים קרוב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שורק/ת על עבירות ומראה כרטיס צהוב או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מנסה/ה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מקשר/ת בין ההגנה להתקפה באמצע המגרש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עומד/ת בשער ושומר/ת שהכדור לא ייכנס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'ידיים של זהב'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שומרת על השער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הקבוצה שמשחקת נגד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הכוכבים הכחולים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 הזהובים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הברקים האדומים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קרה הגול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עשירית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דקה ארבעים וחמש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שלושים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'ידיים של זהב' – מילים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רחל אומרת לתמר שיש לה __________ של 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יונתן הוא ה__________ של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'ידיים של זהב'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גדלה עם סבתא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אומר לתמר שהוא שיחק מושלם במשחק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ספורט וערכים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הכוכבים הכחולים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שספגה גול תמר הרגישה גאה ושמחה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אמר לתמר שהקבוצה נופלת ביחד וקמה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אמרה ששוערת טובה היא מי שלעולם לא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ספורט וערכים – זיהוי התנהגות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אמרה המאמנת על שוערת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לא עוצרת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לא טועה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קמה אחרי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הכי גבוהה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יונתן התנהג כלפי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צחק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 לידה ועודד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 למאמנת להתלונן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מדבר על הקבוצה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צריכה להיות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נופלים ביחד וקמים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הרשית לכדור להיכנס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תחליפי את השוערת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ספורט וערכים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בהמשך הסיפור שחקן של הנמרים נפל ואחז ברגל. כתבו: מה לדעתכם צריכה תמר לעשות כדי לנהוג במשחק הוגן, גם אם זה עלול לפגוע בקבוצה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בכמה משפטים איך השתנתה ההרגשה של תמר לפני ואחרי השיחה עם יונתן והמאמנת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עצה קצרה לחבר/ה לקבוצה שטעה/תה במשחק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מה ההבדל בין שחקן ספורטיבי לשחקן לא ספורטיבי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אוצר מילים ומשפחות מילים – היכרות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שחקן/ית שתפקידו/ה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שחקן/ית שמקשר/ת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שרשאי לגעת בכדור בידיים ברחבת העונשין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שאוכף/ת את חוקי המשחק במגרש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שחקן/ית שמגן/ה על השער מפני התקפות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אוצר מילים ומשפחות מילים – משפחות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בכדור חזק לכיוון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בין שתי הקבוצות היה מרגש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עמד בשער ותפס את הכדור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המשחק כולם התחממו עם כמה __________ קלות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אוצר מילים ומשפחות מילים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קשורה למילה 'משחק'?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כשמבקיעים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 הכדור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בעיטת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תפיסת כדור בידיים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אוצר מילים ומשפחות מילים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בשתי מילים מהשורש בע"ט (למשל: בעט, בעיטה)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הקשר ומה ההבדל בין המילים 'שוער' ו'שער'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יוצרת ודמיונית – מכירים את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חייב להיות בכתבה ספורטיבית?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מי, מה, איפה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מתי קרה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תוצאת המשחק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פותחים מכתב למאמן בנימוס?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פנייה מנומסת ושם המאמן/ת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תלונות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גדולה וצבעונית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פנייה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סמל של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שמייצג את ערכי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השחקנים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השופט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המשחק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קצר שמבטא את רוח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השחקן הכי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הגולים שהובקעו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המגרש הביתי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כותרת טובה לכתבה?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קצרה ומושכת 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 מאוד ומפורטת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קשר לתוכן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זהה לכותרת של כתבה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יוצרת ודמיונית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בכתבה ספורטיבית כדאי להוסיף ציטוט קצר מפי שחקן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קבוצה דמיונית טובה בוחרת שם שמשקף את ה__________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מכתב למאמן/ת מסתיים בדרך כלל במשפט סיום ובחתימה, למשל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מוטו טוב הוא קצר, קליט ומבטא __________ חשוב של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יוצרת ודמיונית – כותבים ומתכננים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קצרה וקולעת לכתבה ספורטיבית על משחק דמיוני שהסתיים בתוצאה מפתיעה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עד ארבע שורות פתיחה לכתבה ספורטיבית המתארת רגע מכריע במשחק דמיוני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מכתב קצר למאמן/ת דמיוני/ת ובו תודה על עזרה והצעה לשיפור באימונים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תכננו קבוצה דמיונית: כתבו את שמה, צבעיה, משמעות הסמל והמוטו שלה, והסבירו מדוע בחרתם בהם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בקבוצה אחת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מותר לו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השוער/ת ברחבת העונשין שלו/ה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הקבוצה של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הנמרים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הכוכבים הכחולים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 הזהובים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הברקים הלבנים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כדורגל של מבוגרים נמשך שתי מחציות של 45 דקות כל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שחקן/ית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קורה ברחבת העונשין ומה תפקיד השוער/ת 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בקצרה מה קרה לתמר בסיפור ואיך היא התגברה על הקושי?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שתי דוגמאות להתנהגות ספורטיבית ושתי דוגמאות להתנהגות לא ספורטיבית?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