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כדורגל: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המגרש, החוקים והעמדות העיקריות בכדורגל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טקסט מידע וסיפור מהעולם הספורטיבי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ומודעות לשורשים בתחום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טיעונית ויצירתית ולדון בערכי משחק הוגן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עולם הכדורגל: מגרש, חוקים ועמדות – הכרת המגרש והעמדות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בטקסט המידע על עולם הכדורגל.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רק השוער/ת רשאי/ת לגעת בכדור בידיים, ורק ברחבת העונשין שלו/ה.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עולם הכדורגל: מגרש, חוקים ועמדות – מי עושה מה במגרש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שוער/ת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נקודת הפנדל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עולם הכדורגל: מגרש, חוקים ועמדות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מחזירים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פותחים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עולם הכדורגל: מגרש, חוקים ועמדות – התאמת עמדות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(עומד/ת בשער ושומר/ת שהכדור לא ייכנס)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(עוצר/ת התקפות של היריבים קרוב לשער)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(מקשר/ת בין ההגנה להתקפה באמצע המגרש)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(מנסה/ה להבקיע שערים קרוב לשער היריבה)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הסיפור 'ידיים של זהב'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הנמרים הירוקים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הסיפור 'ידיים של זהב' – מילים ואירועים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הסיפור 'ידיים של זהב'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בסיפור נכתב שסבתא רחל מגדלת את תמר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ספורט וערכים – מה קרה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בתחילת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תמר הרגישה שהלחיים שלה בוערות ורצתה להפסיק לשחק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הוא מנחם אותה בהפסקה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ספורט וערכים – זיהוי התנהגות ספורטיבית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שהיא קמה אחרי 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התיישב לידה ועודד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ספורט וערכים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המבטאת עידוד, קבלת הטעות כחלק מהמשחק ותמיכה הדדית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אוצר מילים ומשפחות מילים – היכרות עם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(כדור שנכנס לשער)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 שרשאי לגעת בכדור בידיים ברחבת העונשין)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(שחקן/ית שמגן/ה על השער מפני התקפות)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(שחקן/ית שמקשר/ת בין ההגנה להתקפה)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אוצר מילים ומשפחות מילים – משפחות השורשים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אוצר מילים ומשפחות מילים – הבנה ויישום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אוצר מילים ומשפחות מילים – כתיבה וחשיבה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כתיבה יוצרת ודמיונית – מכירים את כללי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מי, מה, איפה ומתי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פנייה מנומסת ושם המאמן/ת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ציור שמייצג את ערכי הקבוצה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כתיבה יוצרת ודמיונית – תרגול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מאמן/ת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אופי או הרוח של הקבוצה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כתיבה יוצרת ודמיונית – כותבים ומתכננים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 קצרה, מושכת, קשורה לתוצאה המפתיעה במשחק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חזרה מסכמת – ידע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רק השוער/ת ברחבת העונשין שלו/ה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חזרה מסכמת – תרגול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 המידע על כדורגל.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רק השוער/ת רשאי/ת לגעת בידיים, ורק ברחבת העונשין שלו/ה.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שרק השוער/ת נוגע/ת בכדור בידיים, ורק באזור הזה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מתארת את הגול שספגה, התסכול שלה, ואיך חברי הקבוצה והמאמנת עזרו לה לקום מחדש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מבחינה בין כיבוד יריב והפסד בכבוד לבין רמאות או כעס אלים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שיעורים: פרק אחד או שניים בכל מפגש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חלשות יותר מומלץ להתחיל בטקסט המידע ולהישען על התרשים של המגרש לפני המעבר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מעמיק יותר בדילמות ההוגנות ולבקש נימוק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פעילות עיצוב הקבוצה הדמיונית כמשימת סיכום קבוצתית בסוף החוברת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כדורגל: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תעברו על כל נושאי הכדורגל צעד אחר צעד – מהמגרש והחוקים ועד לסיפור, הערכים והכתיבה. פתרו כל פרק לפי הסדר, ובסוף כל פרק בדקו את עצמכם בעזרת עמוד החזרה.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קשר  ·  מאמן/ת  ·  פותחים  ·  מחזירים  ·  בעט  ·  אופי או הרוח של הקבוצה  ·  משחק  ·  ידיים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עולם הכדורגל: מגרש, חוקים ועמדות – הכרת המגרש והעמדות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קבוצת כדורגל משחקים 11 שחקנים ושחקניות על המגרש.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שחקן/ית רשאי/ת לגעת בכדור בידיים בכל מקום במגרש.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עולם הכדורגל: מגרש, חוקים ועמדות – מי עושה מה במגרש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רשאי/ת לתפוס את הכדור בידיים ברחבת העונשין?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שוער/ת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מגן/ה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קשר/ית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מאיזה מקום בועטים בעיטת עונשין (פנדל)?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נקודת הפנדל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עיגול האמצע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דגל הקרן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עולם הכדורגל: מגרש, חוקים ועמדות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כדור שיוצא מקו החוץ __________ אותו חזרה למשחק בשתי ידיים מעל הראש.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עיגול האמצע הוא המקום שממנו __________ את המשחק ואחרי כל גול.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עולם הכדורגל: מגרש, חוקים ועמדות – התאמת עמדות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שוער/ת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מנסה/ה להבקיע שערים קרוב לשער היריבה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מגן/ה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מקשר/ת בין ההגנה להתקפה באמצע המגרש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קשר/ית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עומד/ת בשער ושומר/ת שהכדור לא ייכנס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חלוץ/ה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עוצר/ת התקפות של היריבים קרוב לשער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הסיפור 'ידיים של זהב'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השוערת של קבוצת השכונה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סבתא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דנה המאמנת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קוראים לקבוצה היריבה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הכוכבים הכחולים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הנמרים הירוקים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האריות הזהובים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הסיפור 'ידיים של זהב' – מילים ואירועים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סבתא רחל אומרת לתמר שיש לה __________ של זהב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יונתן הוא ה__________ של הקבוצה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הסיפור 'ידיים של זהב'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 גדלה עם סבתא רחל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ספורט וערכים – מה קרה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 היא השוערת של קבוצת הכוכבים הכחולים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 שספגה גול תמר הרגישה גאה ושמחה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יונתן אמר לתמר שהקבוצה נופלת ביחד וקמה ביחד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ספורט וערכים – זיהוי התנהגות ספורטיבית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המאמנת דנה, מה הופך שוערת לטובה?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שהיא לא עוצרת כדורים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שהיא לא טועה אף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שהיא קמה אחרי טעות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עשה יונתן כשראה את תמר יושבת לבד בהפסקה?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התעלם ממנה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צחק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התיישב לידה ועודד אותה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ספורט וערכים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עצה קצרה לחבר/ה לקבוצה שטעה/תה במשחק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אוצר מילים ומשפחות מילים – היכרות עם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שחקן/ית שמגן/ה על השער מפני התקפות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שוער/ת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שחקן/ית שמקשר/ת בין ההגנה להתקפה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מגן/ה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כדור שנכנס לשער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קשר/ית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 שרשאי לגעת בכדור בידיים ברחבת העונשין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אוצר מילים ומשפחות מילים – משפחות השורשים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השחקן __________ בכדור חזק לכיוון השער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בין שתי הקבוצות היה מרגש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אוצר מילים ומשפחות מילים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אוצר מילים ומשפחות מילים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כתיבה יוצרת ודמיונית – מכירים את כללי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כתבה ספורטיבית טובה עונה בעיקר על השאלות...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מי, מה, איפה ומתי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מתי קרה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מי ניצח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מכתב למאמן או למאמנת כדאי לפתוח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פנייה מנומסת ושם המאמן/ת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רשימת תלונות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כותרת גדולה וצבעונית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הסמל של קבוצה דמיונית הוא בעצם...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ציור שמייצג את ערכי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מספר השחקנים בקבוצה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השופט במשחק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כתיבה יוצרת ודמיונית – תרגול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בכתבה ספורטיבית כדאי להוסיף ציטוט קצר מפי שחקן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קבוצה דמיונית טובה בוחרת שם שמשקף את ה__________ שלה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כתיבה יוצרת ודמיונית – כותבים ומתכננים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כותרת קצרה וקולעת לכתבה ספורטיבית על משחק דמיוני שהסתיים בתוצאה מפתיעה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חזרה מסכמת – ידע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שחקנים ושחקניות יש בכל קבוצת כדורגל על המגרש?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רשאי/ת לגעת בכדור בידיים במהלך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כל שחקן שרוצה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החלוץ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השוער/ת ברחבת העונשין שלו/ה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חזרה מסכמת – תרגול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משחק כדורגל של מבוגרים נמשך שתי מחציות של 45 דקות כל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לכל שחקן/ית לגעת בכדור בידיים בכל מקום במגרש.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להסביר מה קורה ברחבת העונשין ומה תפקיד השוער/ת שם?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יכול/ה לספר בקצרה מה קרה לתמר בסיפור ואיך היא התגברה על הקושי?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כדורגל: המשחק שכולם אוהבים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